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CCAE" w14:textId="64ECE73E" w:rsidR="009773F6" w:rsidRPr="0046275A" w:rsidRDefault="00000000" w:rsidP="00EC30BE">
      <w:pPr>
        <w:pStyle w:val="Titolo"/>
        <w:jc w:val="center"/>
        <w:rPr>
          <w:sz w:val="36"/>
          <w:szCs w:val="36"/>
        </w:rPr>
      </w:pPr>
      <w:r w:rsidRPr="0046275A">
        <w:rPr>
          <w:sz w:val="36"/>
          <w:szCs w:val="36"/>
        </w:rPr>
        <w:t xml:space="preserve">Autorizzazione alla </w:t>
      </w:r>
      <w:r w:rsidR="0046275A" w:rsidRPr="0046275A">
        <w:rPr>
          <w:sz w:val="36"/>
          <w:szCs w:val="36"/>
        </w:rPr>
        <w:t>compilazione di un q</w:t>
      </w:r>
      <w:r w:rsidRPr="0046275A">
        <w:rPr>
          <w:sz w:val="36"/>
          <w:szCs w:val="36"/>
        </w:rPr>
        <w:t>uestionario</w:t>
      </w:r>
      <w:r w:rsidR="0046275A" w:rsidRPr="0046275A">
        <w:rPr>
          <w:sz w:val="36"/>
          <w:szCs w:val="36"/>
        </w:rPr>
        <w:t xml:space="preserve"> </w:t>
      </w:r>
    </w:p>
    <w:p w14:paraId="3A13C510" w14:textId="6F7023D1" w:rsidR="00EC30BE" w:rsidRPr="0046275A" w:rsidRDefault="00EC30BE" w:rsidP="00EC30BE">
      <w:pPr>
        <w:jc w:val="both"/>
      </w:pPr>
      <w:r w:rsidRPr="0046275A">
        <w:t>La sottoscrit</w:t>
      </w:r>
      <w:r w:rsidR="0046275A" w:rsidRPr="0046275A">
        <w:t>t</w:t>
      </w:r>
      <w:r w:rsidRPr="0046275A">
        <w:t>a ___________________________________________, genitore del minore _________________________________________, nato/a il __/__/____ e frequentante la classe ______ presso l’Istituto ___________________________________________,</w:t>
      </w:r>
    </w:p>
    <w:p w14:paraId="237BC304" w14:textId="567081C0" w:rsidR="00EC30BE" w:rsidRPr="0046275A" w:rsidRDefault="00EC30BE" w:rsidP="00EC30BE">
      <w:pPr>
        <w:jc w:val="both"/>
      </w:pPr>
      <w:r w:rsidRPr="0046275A">
        <w:t>Il sottoscritto ___________________________________________, genitore del minore _________________________________________, nato/a il __/__/____ e frequentante la classe ______ presso l’Istituto ___________________________________________,</w:t>
      </w:r>
    </w:p>
    <w:p w14:paraId="459B6DCF" w14:textId="77777777" w:rsidR="009773F6" w:rsidRPr="0046275A" w:rsidRDefault="00000000" w:rsidP="00EC30BE">
      <w:pPr>
        <w:jc w:val="center"/>
      </w:pPr>
      <w:r w:rsidRPr="0046275A">
        <w:t>AUTORIZZA</w:t>
      </w:r>
    </w:p>
    <w:p w14:paraId="76D070EB" w14:textId="68ADB9D4" w:rsidR="009773F6" w:rsidRPr="0046275A" w:rsidRDefault="00000000" w:rsidP="00966ED5">
      <w:pPr>
        <w:jc w:val="both"/>
      </w:pPr>
      <w:r w:rsidRPr="0046275A">
        <w:t>la partecipazione del proprio figlio/a alla compilazione di un questionario anonimo, ne</w:t>
      </w:r>
      <w:r w:rsidR="00966ED5" w:rsidRPr="0046275A">
        <w:t xml:space="preserve">cessario per individuare gli interventi più idonei </w:t>
      </w:r>
      <w:r w:rsidR="002814D6" w:rsidRPr="0046275A">
        <w:t xml:space="preserve">da adottare per </w:t>
      </w:r>
      <w:r w:rsidRPr="0046275A">
        <w:t xml:space="preserve">le problematiche </w:t>
      </w:r>
      <w:r w:rsidR="002814D6" w:rsidRPr="0046275A">
        <w:t>dei nostri alunni</w:t>
      </w:r>
      <w:r w:rsidRPr="0046275A">
        <w:t xml:space="preserve"> (es. benessere emotivo, relazioni sociali, uso del tempo libero, scuola). Il questionario è anonimo, non raccoglie dati identificativi e viene somministrato con finalità esclusivamente conoscitive e statistiche.</w:t>
      </w:r>
    </w:p>
    <w:p w14:paraId="3588D597" w14:textId="77777777" w:rsidR="009773F6" w:rsidRPr="0046275A" w:rsidRDefault="00000000">
      <w:r w:rsidRPr="0046275A">
        <w:t>Dichiara di essere stato/a informato/a che:</w:t>
      </w:r>
    </w:p>
    <w:p w14:paraId="5D76E330" w14:textId="77777777" w:rsidR="009773F6" w:rsidRPr="0046275A" w:rsidRDefault="00000000">
      <w:pPr>
        <w:pStyle w:val="Puntoelenco"/>
      </w:pPr>
      <w:r w:rsidRPr="0046275A">
        <w:t>- la partecipazione è volontaria e in qualsiasi momento si può scegliere di non completare il questionario;</w:t>
      </w:r>
    </w:p>
    <w:p w14:paraId="34F68068" w14:textId="77777777" w:rsidR="009773F6" w:rsidRPr="0046275A" w:rsidRDefault="00000000">
      <w:pPr>
        <w:pStyle w:val="Puntoelenco"/>
      </w:pPr>
      <w:r w:rsidRPr="0046275A">
        <w:t>- non verranno raccolti dati sensibili né personali;</w:t>
      </w:r>
    </w:p>
    <w:p w14:paraId="6FA8D2B2" w14:textId="77777777" w:rsidR="009773F6" w:rsidRPr="0046275A" w:rsidRDefault="00000000">
      <w:pPr>
        <w:pStyle w:val="Puntoelenco"/>
      </w:pPr>
      <w:r w:rsidRPr="0046275A">
        <w:t xml:space="preserve">- i risultati saranno trattati in forma aggregata, nel rispetto della normativa sulla privacy (Regolamento UE 2016/679 – </w:t>
      </w:r>
      <w:proofErr w:type="spellStart"/>
      <w:r w:rsidRPr="0046275A">
        <w:t>GDPR</w:t>
      </w:r>
      <w:proofErr w:type="spellEnd"/>
      <w:r w:rsidRPr="0046275A">
        <w:t>).</w:t>
      </w:r>
    </w:p>
    <w:p w14:paraId="3AA7EA5B" w14:textId="77777777" w:rsidR="009773F6" w:rsidRPr="0046275A" w:rsidRDefault="00000000">
      <w:r w:rsidRPr="0046275A">
        <w:br/>
        <w:t>Luogo: _________________________    Data: ___ / ___ / ______</w:t>
      </w:r>
    </w:p>
    <w:p w14:paraId="56D669EB" w14:textId="77777777" w:rsidR="009773F6" w:rsidRDefault="00000000" w:rsidP="00966ED5">
      <w:pPr>
        <w:jc w:val="both"/>
      </w:pPr>
      <w:r w:rsidRPr="0046275A">
        <w:br/>
        <w:t>Firma del genitore/tutore: _____________________________________</w:t>
      </w:r>
    </w:p>
    <w:sectPr w:rsidR="009773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5855017">
    <w:abstractNumId w:val="8"/>
  </w:num>
  <w:num w:numId="2" w16cid:durableId="1648245894">
    <w:abstractNumId w:val="6"/>
  </w:num>
  <w:num w:numId="3" w16cid:durableId="2081637264">
    <w:abstractNumId w:val="5"/>
  </w:num>
  <w:num w:numId="4" w16cid:durableId="99111855">
    <w:abstractNumId w:val="4"/>
  </w:num>
  <w:num w:numId="5" w16cid:durableId="916599794">
    <w:abstractNumId w:val="7"/>
  </w:num>
  <w:num w:numId="6" w16cid:durableId="923149808">
    <w:abstractNumId w:val="3"/>
  </w:num>
  <w:num w:numId="7" w16cid:durableId="644046213">
    <w:abstractNumId w:val="2"/>
  </w:num>
  <w:num w:numId="8" w16cid:durableId="877011554">
    <w:abstractNumId w:val="1"/>
  </w:num>
  <w:num w:numId="9" w16cid:durableId="870997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53F8"/>
    <w:rsid w:val="0015074B"/>
    <w:rsid w:val="002814D6"/>
    <w:rsid w:val="0029639D"/>
    <w:rsid w:val="00326F90"/>
    <w:rsid w:val="0046275A"/>
    <w:rsid w:val="004C28DC"/>
    <w:rsid w:val="00652A1C"/>
    <w:rsid w:val="00966ED5"/>
    <w:rsid w:val="009773F6"/>
    <w:rsid w:val="00AA1D8D"/>
    <w:rsid w:val="00B47730"/>
    <w:rsid w:val="00CB0664"/>
    <w:rsid w:val="00EC30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7C318"/>
  <w14:defaultImageDpi w14:val="300"/>
  <w15:docId w15:val="{347907D5-6170-44D7-9124-49512100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franco mele</cp:lastModifiedBy>
  <cp:revision>2</cp:revision>
  <dcterms:created xsi:type="dcterms:W3CDTF">2025-11-01T06:49:00Z</dcterms:created>
  <dcterms:modified xsi:type="dcterms:W3CDTF">2025-11-01T06:49:00Z</dcterms:modified>
  <cp:category/>
</cp:coreProperties>
</file>